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Response to Reviewers</w:t>
      </w:r>
    </w:p>
    <w:p>
      <w:r>
        <w:rPr>
          <w:i/>
        </w:rPr>
        <w:t>Answer every comment, politely and specifically. Quote the reviewer, say what you changed and where, or explain respectfully why you did not.</w:t>
      </w:r>
    </w:p>
    <w:p>
      <w:pPr>
        <w:pStyle w:val="Heading1"/>
      </w:pPr>
      <w:r>
        <w:t>Cover note to the editor</w:t>
      </w:r>
    </w:p>
    <w:p>
      <w:r>
        <w:rPr>
          <w:color w:val="555555"/>
        </w:rPr>
        <w:t>Dear [Editor], thank you for the opportunity to revise '[Title]' ([Manuscript ID]). Below we respond to each point; changes in the manuscript are highlighted in [colour/track changes].</w:t>
      </w:r>
    </w:p>
    <w:p>
      <w:pPr>
        <w:pStyle w:val="Heading1"/>
      </w:pPr>
      <w:r>
        <w:t>Reviewer 1</w:t>
      </w:r>
    </w:p>
    <w:p>
      <w:r>
        <w:rPr>
          <w:color w:val="555555"/>
        </w:rPr>
        <w:t>Comment 1.1: [paste reviewer text]</w:t>
      </w:r>
    </w:p>
    <w:p>
      <w:r>
        <w:rPr>
          <w:color w:val="555555"/>
        </w:rPr>
        <w:t>Response: [what you did] Change made: [section, page, line] — '[revised text]'</w:t>
      </w:r>
    </w:p>
    <w:p>
      <w:r>
        <w:rPr>
          <w:color w:val="555555"/>
        </w:rPr>
        <w:t>Comment 1.2: [paste]</w:t>
      </w:r>
    </w:p>
    <w:p>
      <w:r>
        <w:rPr>
          <w:color w:val="555555"/>
        </w:rPr>
        <w:t>Response: […]</w:t>
      </w:r>
    </w:p>
    <w:p>
      <w:pPr>
        <w:pStyle w:val="Heading1"/>
      </w:pPr>
      <w:r>
        <w:t>Reviewer 2</w:t>
      </w:r>
    </w:p>
    <w:p>
      <w:r>
        <w:rPr>
          <w:color w:val="555555"/>
        </w:rPr>
        <w:t>Comment 2.1: [paste]</w:t>
      </w:r>
    </w:p>
    <w:p>
      <w:r>
        <w:rPr>
          <w:color w:val="555555"/>
        </w:rPr>
        <w:t>Response: […]</w:t>
      </w:r>
    </w:p>
    <w:p>
      <w:pPr>
        <w:pStyle w:val="Heading1"/>
      </w:pPr>
      <w:r>
        <w:t>Editor / other requests</w:t>
      </w:r>
    </w:p>
    <w:p>
      <w:r>
        <w:rPr>
          <w:color w:val="555555"/>
        </w:rPr>
        <w:t>[Respond to journal-specific requests: data availability, figures, reporting checklist]</w:t>
      </w:r>
    </w:p>
    <w:p>
      <w:pPr>
        <w:pStyle w:val="Heading1"/>
      </w:pPr>
      <w:r>
        <w:t>Summary of major changes</w:t>
      </w:r>
    </w:p>
    <w:p>
      <w:r>
        <w:rPr>
          <w:color w:val="555555"/>
        </w:rPr>
        <w:t>[3–5 bullet list]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Reviewers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