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Mentor Outreach Email</w:t>
      </w:r>
    </w:p>
    <w:p>
      <w:r>
        <w:rPr>
          <w:i/>
        </w:rPr>
        <w:t>Short, specific and respectful. Personalise the first lines using a paper the mentor actually wrote; never send a mass email.</w:t>
      </w:r>
    </w:p>
    <w:p>
      <w:pPr>
        <w:pStyle w:val="Heading1"/>
      </w:pPr>
      <w:r>
        <w:t>Subject line options</w:t>
      </w:r>
    </w:p>
    <w:p>
      <w:r>
        <w:rPr>
          <w:color w:val="555555"/>
        </w:rPr>
        <w:t>Research opportunity enquiry: [your topic of interest] — [medical student, school]</w:t>
      </w:r>
    </w:p>
    <w:p>
      <w:r>
        <w:rPr>
          <w:color w:val="555555"/>
        </w:rPr>
        <w:t>Question about your work on [specific paper topic]</w:t>
      </w:r>
    </w:p>
    <w:p>
      <w:pPr>
        <w:pStyle w:val="Heading1"/>
      </w:pPr>
      <w:r>
        <w:t>Email body</w:t>
      </w:r>
    </w:p>
    <w:p>
      <w:r>
        <w:rPr>
          <w:color w:val="555555"/>
        </w:rPr>
        <w:t>Dear Dr [Surname],</w:t>
      </w:r>
    </w:p>
    <w:p>
      <w:r>
        <w:rPr>
          <w:color w:val="555555"/>
        </w:rPr>
        <w:t>I am a [year] medical student at [school] interested in [field]. I read your [paper/study] on [topic] and was struck by [one specific, accurate point].</w:t>
      </w:r>
    </w:p>
    <w:p>
      <w:r>
        <w:rPr>
          <w:color w:val="555555"/>
        </w:rPr>
        <w:t>I am looking for a way to contribute to research under supervision, for example [data collection, literature review, case reports]. I can commit [hours/week] for [period] and have experience with [skills].</w:t>
      </w:r>
    </w:p>
    <w:p>
      <w:r>
        <w:rPr>
          <w:color w:val="555555"/>
        </w:rPr>
        <w:t>Would you be open to a 15-minute call, or could you tell me whether your group has a project where help would be useful? My CV is attached.</w:t>
      </w:r>
    </w:p>
    <w:p>
      <w:r>
        <w:rPr>
          <w:color w:val="555555"/>
        </w:rPr>
        <w:t>Thank you for your time. Sincerely, [Name, school, email, ORCID]</w:t>
      </w:r>
    </w:p>
    <w:p>
      <w:pPr>
        <w:pStyle w:val="Heading1"/>
      </w:pPr>
      <w:r>
        <w:t>Follow-up (after 7–10 days, once)</w:t>
      </w:r>
    </w:p>
    <w:p>
      <w:r>
        <w:rPr>
          <w:color w:val="555555"/>
        </w:rPr>
        <w:t>Dear Dr [Surname], I wanted to follow up on my note of [date]. I understand you are busy; if this is not a good fit, no problem at all. Thank you.</w:t>
      </w:r>
    </w:p>
    <w:p>
      <w:pPr>
        <w:pStyle w:val="Heading1"/>
      </w:pPr>
      <w:r>
        <w:t>Before sending checklist</w:t>
      </w:r>
    </w:p>
    <w:p>
      <w:r>
        <w:rPr>
          <w:color w:val="555555"/>
        </w:rPr>
        <w:t>[ ] Mentor's name and title are correct  [ ] Cited paper is real and read  [ ] Ask is specific  [ ] CV attached  [ ] Typos checked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Mentor Outreach Email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