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Journal Submission Cover Letter</w:t>
      </w:r>
    </w:p>
    <w:p>
      <w:r>
        <w:rPr>
          <w:i/>
        </w:rPr>
        <w:t>Keep it to one page. State the contribution plainly and make required declarations; do not oversell.</w:t>
      </w:r>
    </w:p>
    <w:p>
      <w:pPr>
        <w:pStyle w:val="Heading1"/>
      </w:pPr>
      <w:r>
        <w:t>Header</w:t>
      </w:r>
    </w:p>
    <w:p>
      <w:r>
        <w:rPr>
          <w:color w:val="555555"/>
        </w:rPr>
        <w:t>[Date] [Editor name], [Journal name] [Journal address or submission system]</w:t>
      </w:r>
    </w:p>
    <w:p>
      <w:pPr>
        <w:pStyle w:val="Heading1"/>
      </w:pPr>
      <w:r>
        <w:t>Opening</w:t>
      </w:r>
    </w:p>
    <w:p>
      <w:r>
        <w:rPr>
          <w:color w:val="555555"/>
        </w:rPr>
        <w:t>Dear [Editor name / Editors],</w:t>
      </w:r>
    </w:p>
    <w:p>
      <w:r>
        <w:rPr>
          <w:color w:val="555555"/>
        </w:rPr>
        <w:t>We submit '[Title]' for consideration as a [article type] in [Journal].</w:t>
      </w:r>
    </w:p>
    <w:p>
      <w:pPr>
        <w:pStyle w:val="Heading1"/>
      </w:pPr>
      <w:r>
        <w:t>What we did and found</w:t>
      </w:r>
    </w:p>
    <w:p>
      <w:r>
        <w:rPr>
          <w:color w:val="555555"/>
        </w:rPr>
        <w:t>[2–3 sentences: question, design, main finding with a number]</w:t>
      </w:r>
    </w:p>
    <w:p>
      <w:pPr>
        <w:pStyle w:val="Heading1"/>
      </w:pPr>
      <w:r>
        <w:t>Why this journal</w:t>
      </w:r>
    </w:p>
    <w:p>
      <w:r>
        <w:rPr>
          <w:color w:val="555555"/>
        </w:rPr>
        <w:t>[Fit with scope and readership, in one or two honest sentences]</w:t>
      </w:r>
    </w:p>
    <w:p>
      <w:pPr>
        <w:pStyle w:val="Heading1"/>
      </w:pPr>
      <w:r>
        <w:t>Declarations</w:t>
      </w:r>
    </w:p>
    <w:p>
      <w:r>
        <w:rPr>
          <w:color w:val="555555"/>
        </w:rPr>
        <w:t>This manuscript is not under consideration elsewhere and has not been published in whole or in part [except as an abstract: specify].</w:t>
      </w:r>
    </w:p>
    <w:p>
      <w:r>
        <w:rPr>
          <w:color w:val="555555"/>
        </w:rPr>
        <w:t>All authors meet authorship criteria and approved the submission. Ethics approval/consent: [details]. Conflicts of interest and funding: [details]. Trial/review registration: [ID].</w:t>
      </w:r>
    </w:p>
    <w:p>
      <w:pPr>
        <w:pStyle w:val="Heading1"/>
      </w:pPr>
      <w:r>
        <w:t>Suggested reviewers (if requested)</w:t>
      </w:r>
    </w:p>
    <w:p>
      <w:r>
        <w:rPr>
          <w:color w:val="555555"/>
        </w:rPr>
        <w:t>[Name, affiliation, email, no conflicts] — optional</w:t>
      </w:r>
    </w:p>
    <w:p>
      <w:pPr>
        <w:pStyle w:val="Heading1"/>
      </w:pPr>
      <w:r>
        <w:t>Close</w:t>
      </w:r>
    </w:p>
    <w:p>
      <w:r>
        <w:rPr>
          <w:color w:val="555555"/>
        </w:rPr>
        <w:t>Sincerely, [Corresponding author, affiliation, email, ORCID]</w:t>
      </w:r>
    </w:p>
    <w:p>
      <w:r>
        <w:rPr>
          <w:i/>
          <w:sz w:val="16"/>
        </w:rPr>
        <w:t>MedResearch Ninja (medresearchninja.org) — free template. Replace every [bracketed] prompt with your own text; delete guidance before submission.</w:t>
      </w:r>
    </w:p>
    <w:sectPr w:rsidR="00FC693F" w:rsidRPr="0006063C" w:rsidSect="00034616"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Journal Submission Cover Letter</dc:title>
  <dc:subject/>
  <dc:creator>MedResearch Ninja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