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Academic CV (Medical Student)</w:t>
      </w:r>
    </w:p>
    <w:p>
      <w:r>
        <w:rPr>
          <w:i/>
        </w:rPr>
        <w:t>List only what is true and verifiable. Use a consistent citation style and mark status accurately (in preparation, submitted, in press, published).</w:t>
      </w:r>
    </w:p>
    <w:p>
      <w:pPr>
        <w:pStyle w:val="Heading1"/>
      </w:pPr>
      <w:r>
        <w:t>Contact</w:t>
      </w:r>
    </w:p>
    <w:p>
      <w:r>
        <w:rPr>
          <w:color w:val="555555"/>
        </w:rPr>
        <w:t>[Name] · [email] · [ORCID] · [LinkedIn optional]</w:t>
      </w:r>
    </w:p>
    <w:p>
      <w:pPr>
        <w:pStyle w:val="Heading1"/>
      </w:pPr>
      <w:r>
        <w:t>Education</w:t>
      </w:r>
    </w:p>
    <w:p>
      <w:r>
        <w:rPr>
          <w:color w:val="555555"/>
        </w:rPr>
        <w:t>[Medical school, expected graduation] [Prior degrees, honours]</w:t>
      </w:r>
    </w:p>
    <w:p>
      <w:pPr>
        <w:pStyle w:val="Heading1"/>
      </w:pPr>
      <w:r>
        <w:t>Research experience</w:t>
      </w:r>
    </w:p>
    <w:p>
      <w:r>
        <w:rPr>
          <w:color w:val="555555"/>
        </w:rPr>
        <w:t>[Role, supervisor, institution, dates; 1–2 lines on your specific contribution]</w:t>
      </w:r>
    </w:p>
    <w:p>
      <w:pPr>
        <w:pStyle w:val="Heading1"/>
      </w:pPr>
      <w:r>
        <w:t>Publications</w:t>
      </w:r>
    </w:p>
    <w:p>
      <w:r>
        <w:rPr>
          <w:color w:val="555555"/>
        </w:rPr>
        <w:t>Peer-reviewed: [Authors. Title. Journal. Year;Vol:Pages. DOI]</w:t>
      </w:r>
    </w:p>
    <w:p>
      <w:r>
        <w:rPr>
          <w:color w:val="555555"/>
        </w:rPr>
        <w:t>Submitted / in preparation: [list with honest status]</w:t>
      </w:r>
    </w:p>
    <w:p>
      <w:r>
        <w:rPr>
          <w:color w:val="555555"/>
        </w:rPr>
        <w:t>Preprints: [list, labelled as preprint]</w:t>
      </w:r>
    </w:p>
    <w:p>
      <w:pPr>
        <w:pStyle w:val="Heading1"/>
      </w:pPr>
      <w:r>
        <w:t>Presentations and abstracts</w:t>
      </w:r>
    </w:p>
    <w:p>
      <w:r>
        <w:rPr>
          <w:color w:val="555555"/>
        </w:rPr>
        <w:t>[Authors. Title. Conference, city, date. Poster/Oral]</w:t>
      </w:r>
    </w:p>
    <w:p>
      <w:pPr>
        <w:pStyle w:val="Heading1"/>
      </w:pPr>
      <w:r>
        <w:t>Awards and grants</w:t>
      </w:r>
    </w:p>
    <w:p>
      <w:r>
        <w:rPr>
          <w:color w:val="555555"/>
        </w:rPr>
        <w:t>[…]</w:t>
      </w:r>
    </w:p>
    <w:p>
      <w:pPr>
        <w:pStyle w:val="Heading1"/>
      </w:pPr>
      <w:r>
        <w:t>Teaching and leadership</w:t>
      </w:r>
    </w:p>
    <w:p>
      <w:r>
        <w:rPr>
          <w:color w:val="555555"/>
        </w:rPr>
        <w:t>[…]</w:t>
      </w:r>
    </w:p>
    <w:p>
      <w:pPr>
        <w:pStyle w:val="Heading1"/>
      </w:pPr>
      <w:r>
        <w:t>Skills</w:t>
      </w:r>
    </w:p>
    <w:p>
      <w:r>
        <w:rPr>
          <w:color w:val="555555"/>
        </w:rPr>
        <w:t>Statistical software, reference managers, languages, certifications such as CITI/GCP (only if completed)</w:t>
      </w:r>
    </w:p>
    <w:p>
      <w:pPr>
        <w:pStyle w:val="Heading1"/>
      </w:pPr>
      <w:r>
        <w:t>References</w:t>
      </w:r>
    </w:p>
    <w:p>
      <w:r>
        <w:rPr>
          <w:color w:val="555555"/>
        </w:rPr>
        <w:t>[Name, title, relationship, email — with permission]</w:t>
      </w:r>
    </w:p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CV (Medical Student)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